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13" w:rsidRPr="00235C02" w:rsidRDefault="00235C02" w:rsidP="00235C02">
      <w:pPr>
        <w:spacing w:after="40"/>
        <w:jc w:val="center"/>
        <w:rPr>
          <w:b/>
          <w:color w:val="1E3A8A"/>
          <w:sz w:val="28"/>
        </w:rPr>
      </w:pPr>
      <w:r>
        <w:rPr>
          <w:noProof/>
          <w:lang w:val="hu-HU" w:eastAsia="hu-HU"/>
        </w:rPr>
        <w:drawing>
          <wp:inline distT="0" distB="0" distL="0" distR="0">
            <wp:extent cx="774065" cy="1079247"/>
            <wp:effectExtent l="0" t="0" r="6985" b="6985"/>
            <wp:docPr id="2" name="Kép 2" descr="Ludányhalászi község | Nemzeti Jelkép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dányhalászi község | Nemzeti Jelkép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67" cy="109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243">
        <w:rPr>
          <w:b/>
          <w:color w:val="1E3A8A"/>
          <w:sz w:val="28"/>
        </w:rPr>
        <w:t>LUDÁNYHALÁSZI KÖZSÉGI ÖNKORMÁNYZAT</w:t>
      </w:r>
    </w:p>
    <w:p w:rsidR="00291F13" w:rsidRDefault="00FE2243">
      <w:pPr>
        <w:spacing w:after="240"/>
        <w:jc w:val="center"/>
        <w:rPr>
          <w:b/>
          <w:color w:val="1E3A8A"/>
          <w:sz w:val="32"/>
        </w:rPr>
      </w:pPr>
      <w:r>
        <w:rPr>
          <w:b/>
          <w:color w:val="1E3A8A"/>
          <w:sz w:val="32"/>
        </w:rPr>
        <w:t>PÁLYÁZATI ADATLAP – 2026/2027. TANÉV</w:t>
      </w:r>
    </w:p>
    <w:p w:rsidR="00235C02" w:rsidRPr="00235C02" w:rsidRDefault="00235C02" w:rsidP="00235C02">
      <w:pPr>
        <w:spacing w:after="240"/>
        <w:jc w:val="center"/>
        <w:rPr>
          <w:b/>
          <w:color w:val="1E3A8A"/>
          <w:sz w:val="32"/>
        </w:rPr>
      </w:pPr>
      <w:r w:rsidRPr="00235C02">
        <w:rPr>
          <w:b/>
          <w:color w:val="1E3A8A"/>
          <w:sz w:val="32"/>
        </w:rPr>
        <w:t>„</w:t>
      </w:r>
      <w:proofErr w:type="spellStart"/>
      <w:r w:rsidRPr="00235C02">
        <w:rPr>
          <w:b/>
          <w:color w:val="1E3A8A"/>
          <w:sz w:val="32"/>
        </w:rPr>
        <w:t>Tanulást</w:t>
      </w:r>
      <w:proofErr w:type="spellEnd"/>
      <w:r w:rsidRPr="00235C02">
        <w:rPr>
          <w:b/>
          <w:color w:val="1E3A8A"/>
          <w:sz w:val="32"/>
        </w:rPr>
        <w:t xml:space="preserve"> </w:t>
      </w:r>
      <w:proofErr w:type="spellStart"/>
      <w:r w:rsidRPr="00235C02">
        <w:rPr>
          <w:b/>
          <w:color w:val="1E3A8A"/>
          <w:sz w:val="32"/>
        </w:rPr>
        <w:t>ösztönző</w:t>
      </w:r>
      <w:proofErr w:type="spellEnd"/>
      <w:r w:rsidRPr="00235C02">
        <w:rPr>
          <w:b/>
          <w:color w:val="1E3A8A"/>
          <w:sz w:val="32"/>
        </w:rPr>
        <w:t xml:space="preserve"> </w:t>
      </w:r>
      <w:proofErr w:type="spellStart"/>
      <w:r w:rsidRPr="00235C02">
        <w:rPr>
          <w:b/>
          <w:color w:val="1E3A8A"/>
          <w:sz w:val="32"/>
        </w:rPr>
        <w:t>támogatás</w:t>
      </w:r>
      <w:proofErr w:type="spellEnd"/>
      <w:r w:rsidRPr="00235C02">
        <w:rPr>
          <w:b/>
          <w:color w:val="1E3A8A"/>
          <w:sz w:val="32"/>
        </w:rPr>
        <w:t xml:space="preserve">” </w:t>
      </w:r>
      <w:proofErr w:type="spellStart"/>
      <w:r w:rsidRPr="00235C02">
        <w:rPr>
          <w:b/>
          <w:color w:val="1E3A8A"/>
          <w:sz w:val="32"/>
        </w:rPr>
        <w:t>és</w:t>
      </w:r>
      <w:proofErr w:type="spellEnd"/>
      <w:r w:rsidRPr="00235C02">
        <w:rPr>
          <w:b/>
          <w:color w:val="1E3A8A"/>
          <w:sz w:val="32"/>
        </w:rPr>
        <w:t xml:space="preserve"> „</w:t>
      </w:r>
      <w:proofErr w:type="spellStart"/>
      <w:r w:rsidRPr="00235C02">
        <w:rPr>
          <w:b/>
          <w:color w:val="1E3A8A"/>
          <w:sz w:val="32"/>
        </w:rPr>
        <w:t>Jó</w:t>
      </w:r>
      <w:proofErr w:type="spellEnd"/>
      <w:r w:rsidRPr="00235C02">
        <w:rPr>
          <w:b/>
          <w:color w:val="1E3A8A"/>
          <w:sz w:val="32"/>
        </w:rPr>
        <w:t xml:space="preserve"> </w:t>
      </w:r>
      <w:proofErr w:type="spellStart"/>
      <w:r w:rsidRPr="00235C02">
        <w:rPr>
          <w:b/>
          <w:color w:val="1E3A8A"/>
          <w:sz w:val="32"/>
        </w:rPr>
        <w:t>közösségi</w:t>
      </w:r>
      <w:proofErr w:type="spellEnd"/>
      <w:r w:rsidRPr="00235C02">
        <w:rPr>
          <w:b/>
          <w:color w:val="1E3A8A"/>
          <w:sz w:val="32"/>
        </w:rPr>
        <w:t xml:space="preserve"> ember” </w:t>
      </w:r>
      <w:proofErr w:type="spellStart"/>
      <w:r w:rsidRPr="00235C02">
        <w:rPr>
          <w:b/>
          <w:color w:val="1E3A8A"/>
          <w:sz w:val="32"/>
        </w:rPr>
        <w:t>elismerésre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291F13">
        <w:trPr>
          <w:jc w:val="center"/>
        </w:trPr>
        <w:tc>
          <w:tcPr>
            <w:tcW w:w="9360" w:type="dxa"/>
            <w:tcBorders>
              <w:left w:val="single" w:sz="36" w:space="0" w:color="991B1B"/>
            </w:tcBorders>
            <w:shd w:val="clear" w:color="auto" w:fill="FEF2F2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291F13" w:rsidRDefault="00FE2243">
            <w:pPr>
              <w:spacing w:before="40" w:after="40"/>
            </w:pPr>
            <w:r>
              <w:t>Beadási határidő: 2027. szeptember 15. (szerda)</w:t>
            </w:r>
          </w:p>
          <w:p w:rsidR="00291F13" w:rsidRDefault="00FE2243">
            <w:pPr>
              <w:spacing w:before="40" w:after="40"/>
            </w:pPr>
            <w:r>
              <w:t>Benyújtás helye: Ludányhalászi Közös Önkormányzati Hivatal (3188 Ludányhalászi, Rákóczi út 69.)</w:t>
            </w:r>
          </w:p>
          <w:p w:rsidR="00291F13" w:rsidRDefault="00FE2243">
            <w:pPr>
              <w:spacing w:before="40" w:after="40"/>
            </w:pPr>
            <w:r>
              <w:t>Címzett: Kovács Imre polgármester</w:t>
            </w:r>
          </w:p>
          <w:p w:rsidR="00291F13" w:rsidRDefault="00FE2243">
            <w:pPr>
              <w:spacing w:before="40" w:after="40"/>
            </w:pPr>
            <w:r>
              <w:rPr>
                <w:b/>
                <w:color w:val="991B1B"/>
              </w:rPr>
              <w:t>FONTOS: HIÁNYPÓTLÁSRA NINCS LEHETŐSÉG! A hiányos pályázatok automatikusan elutasításra kerülnek.</w:t>
            </w:r>
          </w:p>
        </w:tc>
      </w:tr>
    </w:tbl>
    <w:p w:rsidR="00291F13" w:rsidRDefault="00FE2243">
      <w:pPr>
        <w:spacing w:before="280" w:after="120"/>
      </w:pPr>
      <w:r>
        <w:rPr>
          <w:b/>
          <w:color w:val="1E3A8A"/>
          <w:sz w:val="24"/>
        </w:rPr>
        <w:t>1. A pályázat típusa (Kérjük, jelölje X-szel a megfelelő négyzetet!)</w:t>
      </w:r>
    </w:p>
    <w:p w:rsidR="00291F13" w:rsidRDefault="00FE2243">
      <w:pPr>
        <w:ind w:left="288"/>
      </w:pPr>
      <w:r>
        <w:rPr>
          <w:b/>
        </w:rPr>
        <w:t>[   ]  „Tanulást ösztönző támogatás 2026/27”</w:t>
      </w:r>
      <w:r>
        <w:rPr>
          <w:b/>
        </w:rPr>
        <w:br/>
      </w:r>
      <w:r>
        <w:t xml:space="preserve">       Intézményi típus (megfelelő aláhúzan</w:t>
      </w:r>
      <w:r>
        <w:t>dó):  Középiskola   /   Felsőoktatási intézmény</w:t>
      </w:r>
    </w:p>
    <w:p w:rsidR="00291F13" w:rsidRDefault="00FE2243">
      <w:pPr>
        <w:spacing w:after="240"/>
        <w:ind w:left="288"/>
      </w:pPr>
      <w:r>
        <w:rPr>
          <w:b/>
        </w:rPr>
        <w:t>[   ]  „Jó közösségi ember 2026/27”</w:t>
      </w:r>
    </w:p>
    <w:p w:rsidR="00291F13" w:rsidRDefault="00FE2243">
      <w:pPr>
        <w:spacing w:before="240" w:after="120"/>
      </w:pPr>
      <w:r>
        <w:rPr>
          <w:b/>
          <w:color w:val="1E3A8A"/>
          <w:sz w:val="24"/>
        </w:rPr>
        <w:t>2. A pályázó személyes adatai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5760"/>
      </w:tblGrid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Pályázó teljes neve: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Születési helye és ideje: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Állandó lakcíme (Ludányhalászi):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Anyja születési neve: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Telefonszáma: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E-mail címe: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  <w:tr w:rsidR="00291F13">
        <w:trPr>
          <w:jc w:val="center"/>
        </w:trPr>
        <w:tc>
          <w:tcPr>
            <w:tcW w:w="36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FE2243">
            <w:r>
              <w:rPr>
                <w:b/>
              </w:rPr>
              <w:t>Oktatási intézmény neve, szak/osztály:</w:t>
            </w:r>
          </w:p>
        </w:tc>
        <w:tc>
          <w:tcPr>
            <w:tcW w:w="576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91F13" w:rsidRDefault="00291F13"/>
        </w:tc>
      </w:tr>
    </w:tbl>
    <w:p w:rsidR="00291F13" w:rsidRDefault="00291F13">
      <w:pPr>
        <w:spacing w:after="120"/>
      </w:pPr>
    </w:p>
    <w:p w:rsidR="00291F13" w:rsidRDefault="00FE2243">
      <w:pPr>
        <w:spacing w:before="240" w:after="120"/>
      </w:pPr>
      <w:r>
        <w:rPr>
          <w:b/>
          <w:color w:val="1E3A8A"/>
          <w:sz w:val="24"/>
        </w:rPr>
        <w:t>3. Tanulmányi eredmény (Kizárólag tanulást ösztönző pályázat esetén)</w:t>
      </w:r>
    </w:p>
    <w:p w:rsidR="00FE2243" w:rsidRDefault="00FE2243" w:rsidP="00FE2243">
      <w:r>
        <w:t xml:space="preserve">A 2026/2027-es </w:t>
      </w:r>
      <w:proofErr w:type="spellStart"/>
      <w:r>
        <w:t>tanév</w:t>
      </w:r>
      <w:proofErr w:type="spellEnd"/>
      <w:r>
        <w:t xml:space="preserve"> </w:t>
      </w:r>
      <w:proofErr w:type="spellStart"/>
      <w:r>
        <w:t>összesített</w:t>
      </w:r>
      <w:proofErr w:type="spellEnd"/>
      <w:r>
        <w:t xml:space="preserve"> tanulmányi átlaga (2 </w:t>
      </w:r>
      <w:proofErr w:type="spellStart"/>
      <w:r>
        <w:t>tizedesjegy</w:t>
      </w:r>
      <w:proofErr w:type="spellEnd"/>
      <w:r>
        <w:t xml:space="preserve"> </w:t>
      </w:r>
      <w:proofErr w:type="spellStart"/>
      <w:r>
        <w:t>pontossággal</w:t>
      </w:r>
      <w:proofErr w:type="spellEnd"/>
      <w:r>
        <w:t xml:space="preserve">): </w:t>
      </w:r>
      <w:r>
        <w:rPr>
          <w:b/>
        </w:rPr>
        <w:t>____________</w:t>
      </w:r>
    </w:p>
    <w:p w:rsidR="00291F13" w:rsidRDefault="00FE2243" w:rsidP="00FE2243">
      <w:bookmarkStart w:id="0" w:name="_GoBack"/>
      <w:bookmarkEnd w:id="0"/>
      <w:r>
        <w:rPr>
          <w:b/>
          <w:color w:val="1E3A8A"/>
          <w:sz w:val="24"/>
        </w:rPr>
        <w:t xml:space="preserve">4. Közösségi tevékenységek összesítése </w:t>
      </w:r>
      <w:r>
        <w:rPr>
          <w:b/>
          <w:color w:val="1E3A8A"/>
          <w:sz w:val="24"/>
        </w:rPr>
        <w:t>(Kizárólag „Jó közösségi ember” pályázat esetén)</w:t>
      </w:r>
    </w:p>
    <w:p w:rsidR="00291F13" w:rsidRDefault="00FE2243">
      <w:pPr>
        <w:spacing w:after="120"/>
      </w:pPr>
      <w:r>
        <w:t>Kérjük, jelölje meg azokat a rendezvényeket, amelyeken aktívan közreműködött, és csatolja a szervezők külön igazolásait!</w:t>
      </w:r>
    </w:p>
    <w:tbl>
      <w:tblPr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4608"/>
        <w:gridCol w:w="2340"/>
        <w:gridCol w:w="1906"/>
      </w:tblGrid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1E3A8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91F13" w:rsidRDefault="00FE2243">
            <w:pPr>
              <w:jc w:val="center"/>
            </w:pPr>
            <w:proofErr w:type="spellStart"/>
            <w:r>
              <w:rPr>
                <w:b/>
                <w:color w:val="FFFFFF"/>
              </w:rPr>
              <w:t>Részvétel</w:t>
            </w:r>
            <w:proofErr w:type="spellEnd"/>
            <w:r>
              <w:rPr>
                <w:b/>
                <w:color w:val="FFFFFF"/>
              </w:rPr>
              <w:t xml:space="preserve"> (X)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1E3A8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rPr>
                <w:b/>
                <w:color w:val="FFFFFF"/>
              </w:rPr>
              <w:t>Rendezvény megnevezése és éve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1E3A8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rPr>
                <w:b/>
                <w:color w:val="FFFFFF"/>
              </w:rPr>
              <w:t>Pontszám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1E3A8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rPr>
                <w:b/>
                <w:color w:val="FFFFFF"/>
              </w:rPr>
              <w:t>Hivatalos igazoló személy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2026. évi Szüreti felvonulás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10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Kovács Imre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2026. év Október 23-i ünnepség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7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Mosó Ferenc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2026. évi Idősek napja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5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Végh Imre Gergely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2026. évi Karácsonyvárás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4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Paulusz Gyula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2027. évi Fánksütő verseny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4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Debrei Dominik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2027. év Március 15-i ünnepség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7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Papp László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2027. év Anyák napja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5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Végh Imre Gergely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2027. év Nemzeti Összetartozás Napja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5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Kovács Imre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[   ]</w:t>
            </w:r>
          </w:p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2027. év Falunap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12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1F13" w:rsidRDefault="00FE2243">
            <w:r>
              <w:t>Klincsok János</w:t>
            </w:r>
          </w:p>
        </w:tc>
      </w:tr>
      <w:tr w:rsidR="00291F13" w:rsidTr="00FE2243">
        <w:trPr>
          <w:jc w:val="center"/>
        </w:trPr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2E8F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1F13" w:rsidRDefault="00291F13"/>
        </w:tc>
        <w:tc>
          <w:tcPr>
            <w:tcW w:w="460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2E8F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1F13" w:rsidRDefault="00FE2243">
            <w:pPr>
              <w:jc w:val="right"/>
            </w:pPr>
            <w:r>
              <w:rPr>
                <w:b/>
              </w:rPr>
              <w:t>Pályázó által számított kapott pontok összesen:</w:t>
            </w:r>
          </w:p>
        </w:tc>
        <w:tc>
          <w:tcPr>
            <w:tcW w:w="23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2E8F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1F13" w:rsidRDefault="00FE2243">
            <w:pPr>
              <w:jc w:val="center"/>
            </w:pPr>
            <w:r>
              <w:t>_______</w:t>
            </w:r>
          </w:p>
        </w:tc>
        <w:tc>
          <w:tcPr>
            <w:tcW w:w="190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2E8F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1F13" w:rsidRDefault="00291F13"/>
        </w:tc>
      </w:tr>
    </w:tbl>
    <w:p w:rsidR="00291F13" w:rsidRDefault="00291F13">
      <w:pPr>
        <w:spacing w:after="240"/>
      </w:pPr>
    </w:p>
    <w:p w:rsidR="00291F13" w:rsidRDefault="00FE2243">
      <w:pPr>
        <w:spacing w:before="240" w:after="120"/>
      </w:pPr>
      <w:r>
        <w:rPr>
          <w:b/>
          <w:color w:val="1E3A8A"/>
          <w:sz w:val="24"/>
        </w:rPr>
        <w:t>5.</w:t>
      </w:r>
      <w:r>
        <w:rPr>
          <w:b/>
          <w:color w:val="1E3A8A"/>
          <w:sz w:val="24"/>
        </w:rPr>
        <w:t xml:space="preserve"> Kötelezően csatolandó mellékletek ellenőrző listája (Kérjük, ellenőrizze!)</w:t>
      </w:r>
    </w:p>
    <w:p w:rsidR="00291F13" w:rsidRDefault="00FE2243">
      <w:pPr>
        <w:pStyle w:val="Felsorols"/>
      </w:pPr>
      <w:r>
        <w:rPr>
          <w:b/>
        </w:rPr>
        <w:t>[   ] Lakcímigazoló kártya másolata (Minden pályázónak kötelező)</w:t>
      </w:r>
    </w:p>
    <w:p w:rsidR="00291F13" w:rsidRDefault="00FE2243">
      <w:pPr>
        <w:pStyle w:val="Felsorols"/>
      </w:pPr>
      <w:r>
        <w:t>[   ] Az intézmény által hitelesített fénymásolat a 2026/2027. tanév I. és II. félévi tanulmányi eredményeiről (Csa</w:t>
      </w:r>
      <w:r>
        <w:t>k tanulmányi pályázat esetén)</w:t>
      </w:r>
    </w:p>
    <w:p w:rsidR="00291F13" w:rsidRDefault="00FE2243">
      <w:pPr>
        <w:pStyle w:val="Felsorols"/>
      </w:pPr>
      <w:r>
        <w:t>[   ] A rendezvény szervezőjének hivatalos, aláírt igazolása a közreműködésről (Csak közösségi pályázat esetén)</w:t>
      </w:r>
    </w:p>
    <w:p w:rsidR="00291F13" w:rsidRDefault="00291F13">
      <w:pPr>
        <w:spacing w:after="320"/>
      </w:pPr>
    </w:p>
    <w:p w:rsidR="00291F13" w:rsidRDefault="00FE2243">
      <w:pPr>
        <w:spacing w:before="240" w:after="120"/>
      </w:pPr>
      <w:r>
        <w:rPr>
          <w:b/>
          <w:color w:val="1E3A8A"/>
          <w:sz w:val="24"/>
        </w:rPr>
        <w:t>6. Nyilatkozat és aláírás</w:t>
      </w:r>
    </w:p>
    <w:p w:rsidR="00291F13" w:rsidRDefault="00FE2243">
      <w:pPr>
        <w:spacing w:after="600"/>
      </w:pPr>
      <w:r>
        <w:t>Alulírott pályázó kijelentem, hogy a fenti adatok a valóságnak teljes mértékben megfele</w:t>
      </w:r>
      <w:r>
        <w:t>lnek. Kijelentem, hogy 25. éven aluli, Ludányhalászi községben állandó lakcímmel rendelkező, nappali tagozatos diák vagyok. Tudomásul veszem, hogy hiánypótlásra nincs lehetőség, és a hiányos vagy határidőn túl beérkező pályázatok érvénytelenek.</w:t>
      </w:r>
    </w:p>
    <w:p w:rsidR="00235C02" w:rsidRDefault="00FE2243">
      <w:pPr>
        <w:spacing w:before="240"/>
      </w:pPr>
      <w:r>
        <w:t>Kelt: Ludán</w:t>
      </w:r>
      <w:r>
        <w:t xml:space="preserve">yhalászi, 2027. év _________ hó ____ nap </w:t>
      </w:r>
    </w:p>
    <w:p w:rsidR="00235C02" w:rsidRDefault="00235C02">
      <w:pPr>
        <w:spacing w:before="240"/>
      </w:pPr>
    </w:p>
    <w:p w:rsidR="00291F13" w:rsidRDefault="00FE2243" w:rsidP="00235C02">
      <w:pPr>
        <w:spacing w:before="240"/>
        <w:ind w:left="2880" w:firstLine="720"/>
      </w:pPr>
      <w:r>
        <w:t xml:space="preserve">              </w:t>
      </w:r>
      <w:r>
        <w:rPr>
          <w:sz w:val="20"/>
        </w:rPr>
        <w:t>_____________________________________</w:t>
      </w:r>
      <w:r>
        <w:rPr>
          <w:sz w:val="20"/>
        </w:rPr>
        <w:br/>
        <w:t xml:space="preserve">                                               </w:t>
      </w:r>
      <w:r w:rsidR="00235C02">
        <w:rPr>
          <w:sz w:val="20"/>
        </w:rPr>
        <w:t xml:space="preserve">  </w:t>
      </w:r>
      <w:r>
        <w:rPr>
          <w:sz w:val="20"/>
        </w:rPr>
        <w:t xml:space="preserve"> Pályázó (diák) aláírása</w:t>
      </w:r>
    </w:p>
    <w:sectPr w:rsidR="00291F13" w:rsidSect="00235C02">
      <w:pgSz w:w="12240" w:h="15840"/>
      <w:pgMar w:top="709" w:right="758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C02" w:rsidRDefault="00235C02" w:rsidP="00235C02">
      <w:pPr>
        <w:spacing w:after="0" w:line="240" w:lineRule="auto"/>
      </w:pPr>
      <w:r>
        <w:separator/>
      </w:r>
    </w:p>
  </w:endnote>
  <w:endnote w:type="continuationSeparator" w:id="0">
    <w:p w:rsidR="00235C02" w:rsidRDefault="00235C02" w:rsidP="0023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C02" w:rsidRDefault="00235C02" w:rsidP="00235C02">
      <w:pPr>
        <w:spacing w:after="0" w:line="240" w:lineRule="auto"/>
      </w:pPr>
      <w:r>
        <w:separator/>
      </w:r>
    </w:p>
  </w:footnote>
  <w:footnote w:type="continuationSeparator" w:id="0">
    <w:p w:rsidR="00235C02" w:rsidRDefault="00235C02" w:rsidP="00235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35C02"/>
    <w:rsid w:val="00291F13"/>
    <w:rsid w:val="0029639D"/>
    <w:rsid w:val="00326F90"/>
    <w:rsid w:val="00AA1D8D"/>
    <w:rsid w:val="00B47730"/>
    <w:rsid w:val="00CB0664"/>
    <w:rsid w:val="00FC693F"/>
    <w:rsid w:val="00FE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6C345"/>
  <w14:defaultImageDpi w14:val="300"/>
  <w15:docId w15:val="{D11C1256-60EB-48EC-A430-0C2E2979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rPr>
      <w:rFonts w:ascii="Arial" w:hAnsi="Arial"/>
      <w:color w:val="222222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4AA10D-465D-443C-B34E-71AB94B0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350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2026-08-26T08:21:00Z</dcterms:created>
  <dcterms:modified xsi:type="dcterms:W3CDTF">2026-08-26T08:22:00Z</dcterms:modified>
  <cp:category/>
</cp:coreProperties>
</file>